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433A0" w14:textId="77777777" w:rsidR="000D7C1B" w:rsidRDefault="000D7C1B">
      <w:pPr>
        <w:jc w:val="both"/>
        <w:rPr>
          <w:rFonts w:ascii="Cambria" w:hAnsi="Cambria"/>
        </w:rPr>
      </w:pPr>
    </w:p>
    <w:p w14:paraId="4DCC486E" w14:textId="40AE9028" w:rsidR="002311E6" w:rsidRPr="00683DA0" w:rsidRDefault="00683DA0">
      <w:pPr>
        <w:jc w:val="both"/>
        <w:rPr>
          <w:rFonts w:ascii="Cambria" w:hAnsi="Cambria"/>
        </w:rPr>
      </w:pPr>
      <w:r w:rsidRPr="00683DA0">
        <w:rPr>
          <w:rFonts w:ascii="Cambria" w:hAnsi="Cambria"/>
        </w:rPr>
        <w:t>..................................................</w:t>
      </w:r>
      <w:r w:rsidR="000D7C1B">
        <w:rPr>
          <w:rFonts w:ascii="Cambria" w:hAnsi="Cambria"/>
        </w:rPr>
        <w:t>....................................</w:t>
      </w:r>
    </w:p>
    <w:p w14:paraId="31037569" w14:textId="77777777" w:rsidR="002311E6" w:rsidRPr="00683DA0" w:rsidRDefault="00683DA0">
      <w:pPr>
        <w:jc w:val="both"/>
        <w:rPr>
          <w:rFonts w:ascii="Cambria" w:hAnsi="Cambria"/>
        </w:rPr>
      </w:pPr>
      <w:r w:rsidRPr="00683DA0">
        <w:rPr>
          <w:rFonts w:ascii="Cambria" w:hAnsi="Cambria"/>
          <w:sz w:val="18"/>
        </w:rPr>
        <w:t>(imię i nazwisko rodzica albo pełnoletniego ucznia)</w:t>
      </w:r>
    </w:p>
    <w:p w14:paraId="54DB72D8" w14:textId="77777777" w:rsidR="000D7C1B" w:rsidRDefault="000D7C1B">
      <w:pPr>
        <w:jc w:val="both"/>
        <w:rPr>
          <w:rFonts w:ascii="Cambria" w:hAnsi="Cambria"/>
        </w:rPr>
      </w:pPr>
    </w:p>
    <w:p w14:paraId="6CBC01A0" w14:textId="6E3DF5B7" w:rsidR="002311E6" w:rsidRPr="00683DA0" w:rsidRDefault="00683DA0">
      <w:pPr>
        <w:jc w:val="both"/>
        <w:rPr>
          <w:rFonts w:ascii="Cambria" w:hAnsi="Cambria"/>
        </w:rPr>
      </w:pPr>
      <w:r w:rsidRPr="00683DA0">
        <w:rPr>
          <w:rFonts w:ascii="Cambria" w:hAnsi="Cambria"/>
        </w:rPr>
        <w:t>..................................................</w:t>
      </w:r>
      <w:r w:rsidR="000D7C1B">
        <w:rPr>
          <w:rFonts w:ascii="Cambria" w:hAnsi="Cambria"/>
        </w:rPr>
        <w:t>.....................................</w:t>
      </w:r>
    </w:p>
    <w:p w14:paraId="03975815" w14:textId="77777777" w:rsidR="002311E6" w:rsidRPr="00683DA0" w:rsidRDefault="00683DA0">
      <w:pPr>
        <w:jc w:val="both"/>
        <w:rPr>
          <w:rFonts w:ascii="Cambria" w:hAnsi="Cambria"/>
        </w:rPr>
      </w:pPr>
      <w:r w:rsidRPr="00683DA0">
        <w:rPr>
          <w:rFonts w:ascii="Cambria" w:hAnsi="Cambria"/>
          <w:sz w:val="18"/>
        </w:rPr>
        <w:t>(adres do korespondencji, telefon)</w:t>
      </w:r>
    </w:p>
    <w:p w14:paraId="601AC1F8" w14:textId="77777777" w:rsidR="002311E6" w:rsidRPr="00683DA0" w:rsidRDefault="002311E6">
      <w:pPr>
        <w:rPr>
          <w:rFonts w:ascii="Cambria" w:hAnsi="Cambria"/>
        </w:rPr>
      </w:pPr>
    </w:p>
    <w:p w14:paraId="7D90249A" w14:textId="77777777" w:rsidR="002311E6" w:rsidRPr="00683DA0" w:rsidRDefault="00683DA0">
      <w:pPr>
        <w:jc w:val="right"/>
        <w:rPr>
          <w:rFonts w:ascii="Cambria" w:hAnsi="Cambria"/>
        </w:rPr>
      </w:pPr>
      <w:r w:rsidRPr="00683DA0">
        <w:rPr>
          <w:rFonts w:ascii="Cambria" w:hAnsi="Cambria"/>
        </w:rPr>
        <w:t>.........................., dnia .......... 20...... r.</w:t>
      </w:r>
    </w:p>
    <w:p w14:paraId="1DD91C29" w14:textId="77777777" w:rsidR="002311E6" w:rsidRPr="00683DA0" w:rsidRDefault="002311E6">
      <w:pPr>
        <w:rPr>
          <w:rFonts w:ascii="Cambria" w:hAnsi="Cambria"/>
        </w:rPr>
      </w:pPr>
    </w:p>
    <w:p w14:paraId="2D1A203F" w14:textId="77777777" w:rsidR="002311E6" w:rsidRPr="00683DA0" w:rsidRDefault="00683DA0">
      <w:pPr>
        <w:jc w:val="right"/>
        <w:rPr>
          <w:rFonts w:ascii="Cambria" w:hAnsi="Cambria"/>
        </w:rPr>
      </w:pPr>
      <w:r w:rsidRPr="00683DA0">
        <w:rPr>
          <w:rFonts w:ascii="Cambria" w:hAnsi="Cambria"/>
          <w:b/>
        </w:rPr>
        <w:t>Dyrektor</w:t>
      </w:r>
    </w:p>
    <w:p w14:paraId="5E53D213" w14:textId="4D4C027D" w:rsidR="002311E6" w:rsidRPr="00683DA0" w:rsidRDefault="00683DA0">
      <w:pPr>
        <w:jc w:val="right"/>
        <w:rPr>
          <w:rFonts w:ascii="Cambria" w:hAnsi="Cambria"/>
        </w:rPr>
      </w:pPr>
      <w:r>
        <w:rPr>
          <w:rFonts w:ascii="Cambria" w:hAnsi="Cambria"/>
        </w:rPr>
        <w:t>Szkoły Podstawowej im. Janusza Korczaka w Ratowicach</w:t>
      </w:r>
    </w:p>
    <w:p w14:paraId="1CF2E970" w14:textId="77777777" w:rsidR="00683DA0" w:rsidRPr="00683DA0" w:rsidRDefault="00683DA0">
      <w:pPr>
        <w:rPr>
          <w:rFonts w:ascii="Cambria" w:hAnsi="Cambria"/>
        </w:rPr>
      </w:pPr>
    </w:p>
    <w:p w14:paraId="0E4DFC61" w14:textId="77777777" w:rsidR="000D7C1B" w:rsidRDefault="000D7C1B">
      <w:pPr>
        <w:keepNext/>
        <w:jc w:val="center"/>
        <w:rPr>
          <w:rFonts w:ascii="Cambria" w:hAnsi="Cambria"/>
          <w:b/>
          <w:sz w:val="30"/>
        </w:rPr>
      </w:pPr>
    </w:p>
    <w:p w14:paraId="2F6D0E86" w14:textId="5A085FBF" w:rsidR="002311E6" w:rsidRPr="00683DA0" w:rsidRDefault="00683DA0">
      <w:pPr>
        <w:keepNext/>
        <w:jc w:val="center"/>
        <w:rPr>
          <w:rFonts w:ascii="Cambria" w:hAnsi="Cambria"/>
        </w:rPr>
      </w:pPr>
      <w:r w:rsidRPr="00683DA0">
        <w:rPr>
          <w:rFonts w:ascii="Cambria" w:hAnsi="Cambria"/>
          <w:b/>
          <w:sz w:val="30"/>
        </w:rPr>
        <w:t>REZYGNACJA</w:t>
      </w:r>
    </w:p>
    <w:p w14:paraId="05D2FE27" w14:textId="77777777" w:rsidR="002311E6" w:rsidRPr="00683DA0" w:rsidRDefault="00683DA0">
      <w:pPr>
        <w:keepNext/>
        <w:jc w:val="center"/>
        <w:rPr>
          <w:rFonts w:ascii="Cambria" w:hAnsi="Cambria"/>
        </w:rPr>
      </w:pPr>
      <w:r w:rsidRPr="00683DA0">
        <w:rPr>
          <w:rFonts w:ascii="Cambria" w:hAnsi="Cambria"/>
          <w:b/>
          <w:sz w:val="24"/>
        </w:rPr>
        <w:t>z udziału w zajęciach edukacji zdrowotnej - zdrowia seksualnego</w:t>
      </w:r>
    </w:p>
    <w:p w14:paraId="0A6CDEFC" w14:textId="77777777" w:rsidR="002311E6" w:rsidRPr="00683DA0" w:rsidRDefault="002311E6">
      <w:pPr>
        <w:rPr>
          <w:rFonts w:ascii="Cambria" w:hAnsi="Cambria"/>
        </w:rPr>
      </w:pPr>
    </w:p>
    <w:p w14:paraId="0DB32199" w14:textId="77777777" w:rsidR="002311E6" w:rsidRPr="00683DA0" w:rsidRDefault="00683DA0">
      <w:pPr>
        <w:spacing w:before="120"/>
        <w:jc w:val="both"/>
        <w:rPr>
          <w:rFonts w:ascii="Cambria" w:hAnsi="Cambria"/>
        </w:rPr>
      </w:pPr>
      <w:r w:rsidRPr="00683DA0">
        <w:rPr>
          <w:rFonts w:ascii="Cambria" w:hAnsi="Cambria"/>
        </w:rPr>
        <w:t>Na podstawie § 5 ust. 1 i 2 rozporządzenia Ministra Edukacji z dnia 17 lipca 2026 r. w sprawie sposobu nauczania szkolnego oraz zakresu treści dotyczących wiedzy o życiu seksualnym człowieka, o zasadach świadomego i odpowiedzialnego rodzicielstwa, o wartości rodziny, życia w fazie prenatalnej oraz metodach i środkach świadomej prokreacji zawartych w podstawie programowej kształcenia ogólnego (Dz. U. z 2026 r. poz. 966) zgłaszam rezygnację z udziału w zajęciach edukacji zdrowotnej - zdrowia seksualnego:</w:t>
      </w:r>
    </w:p>
    <w:p w14:paraId="2C1C98F7" w14:textId="77777777" w:rsidR="002311E6" w:rsidRPr="00683DA0" w:rsidRDefault="002311E6">
      <w:pPr>
        <w:rPr>
          <w:rFonts w:ascii="Cambria" w:hAnsi="Cambria"/>
        </w:rPr>
      </w:pPr>
    </w:p>
    <w:p w14:paraId="6024FFEA" w14:textId="77777777" w:rsidR="002311E6" w:rsidRPr="00683DA0" w:rsidRDefault="00683DA0">
      <w:pPr>
        <w:keepNext/>
        <w:spacing w:before="120"/>
        <w:jc w:val="both"/>
        <w:rPr>
          <w:rFonts w:ascii="Cambria" w:hAnsi="Cambria"/>
        </w:rPr>
      </w:pPr>
      <w:r w:rsidRPr="00683DA0">
        <w:rPr>
          <w:rFonts w:ascii="Cambria" w:hAnsi="Cambria"/>
          <w:b/>
        </w:rPr>
        <w:t>Dane ucznia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2311E6" w:rsidRPr="00683DA0" w14:paraId="15F02CDB" w14:textId="77777777">
        <w:trPr>
          <w:cantSplit/>
        </w:trPr>
        <w:tc>
          <w:tcPr>
            <w:tcW w:w="3402" w:type="dxa"/>
            <w:shd w:val="clear" w:color="auto" w:fill="F2F2F2"/>
          </w:tcPr>
          <w:p w14:paraId="067A9917" w14:textId="77777777" w:rsidR="002311E6" w:rsidRPr="00683DA0" w:rsidRDefault="00683DA0">
            <w:pPr>
              <w:rPr>
                <w:rFonts w:ascii="Cambria" w:hAnsi="Cambria"/>
              </w:rPr>
            </w:pPr>
            <w:r w:rsidRPr="00683DA0">
              <w:rPr>
                <w:rFonts w:ascii="Cambria" w:hAnsi="Cambria"/>
                <w:b/>
              </w:rPr>
              <w:t>Imię i nazwisko ucznia</w:t>
            </w:r>
          </w:p>
        </w:tc>
        <w:tc>
          <w:tcPr>
            <w:tcW w:w="6236" w:type="dxa"/>
          </w:tcPr>
          <w:p w14:paraId="284FBC1B" w14:textId="77777777" w:rsidR="002311E6" w:rsidRPr="00683DA0" w:rsidRDefault="002311E6">
            <w:pPr>
              <w:rPr>
                <w:rFonts w:ascii="Cambria" w:hAnsi="Cambria"/>
              </w:rPr>
            </w:pPr>
          </w:p>
        </w:tc>
      </w:tr>
      <w:tr w:rsidR="002311E6" w:rsidRPr="00683DA0" w14:paraId="4B65D6DD" w14:textId="77777777">
        <w:trPr>
          <w:cantSplit/>
        </w:trPr>
        <w:tc>
          <w:tcPr>
            <w:tcW w:w="3402" w:type="dxa"/>
            <w:shd w:val="clear" w:color="auto" w:fill="F2F2F2"/>
          </w:tcPr>
          <w:p w14:paraId="39F58741" w14:textId="77777777" w:rsidR="002311E6" w:rsidRPr="00683DA0" w:rsidRDefault="00683DA0">
            <w:pPr>
              <w:rPr>
                <w:rFonts w:ascii="Cambria" w:hAnsi="Cambria"/>
              </w:rPr>
            </w:pPr>
            <w:r w:rsidRPr="00683DA0">
              <w:rPr>
                <w:rFonts w:ascii="Cambria" w:hAnsi="Cambria"/>
                <w:b/>
              </w:rPr>
              <w:t>Klasa / oddział</w:t>
            </w:r>
          </w:p>
        </w:tc>
        <w:tc>
          <w:tcPr>
            <w:tcW w:w="6236" w:type="dxa"/>
          </w:tcPr>
          <w:p w14:paraId="1B529D36" w14:textId="77777777" w:rsidR="002311E6" w:rsidRPr="00683DA0" w:rsidRDefault="002311E6">
            <w:pPr>
              <w:rPr>
                <w:rFonts w:ascii="Cambria" w:hAnsi="Cambria"/>
              </w:rPr>
            </w:pPr>
          </w:p>
        </w:tc>
      </w:tr>
      <w:tr w:rsidR="002311E6" w:rsidRPr="00683DA0" w14:paraId="46ACB792" w14:textId="77777777">
        <w:trPr>
          <w:cantSplit/>
        </w:trPr>
        <w:tc>
          <w:tcPr>
            <w:tcW w:w="3402" w:type="dxa"/>
            <w:shd w:val="clear" w:color="auto" w:fill="F2F2F2"/>
          </w:tcPr>
          <w:p w14:paraId="1CF0C99C" w14:textId="77777777" w:rsidR="002311E6" w:rsidRPr="00683DA0" w:rsidRDefault="00683DA0">
            <w:pPr>
              <w:rPr>
                <w:rFonts w:ascii="Cambria" w:hAnsi="Cambria"/>
              </w:rPr>
            </w:pPr>
            <w:r w:rsidRPr="00683DA0">
              <w:rPr>
                <w:rFonts w:ascii="Cambria" w:hAnsi="Cambria"/>
                <w:b/>
              </w:rPr>
              <w:t>Rok szkolny</w:t>
            </w:r>
          </w:p>
        </w:tc>
        <w:tc>
          <w:tcPr>
            <w:tcW w:w="6236" w:type="dxa"/>
          </w:tcPr>
          <w:p w14:paraId="5C7319AC" w14:textId="77777777" w:rsidR="002311E6" w:rsidRPr="00683DA0" w:rsidRDefault="002311E6">
            <w:pPr>
              <w:rPr>
                <w:rFonts w:ascii="Cambria" w:hAnsi="Cambria"/>
              </w:rPr>
            </w:pPr>
          </w:p>
        </w:tc>
      </w:tr>
    </w:tbl>
    <w:p w14:paraId="6B0B3EF1" w14:textId="77777777" w:rsidR="002311E6" w:rsidRPr="00683DA0" w:rsidRDefault="00683DA0">
      <w:pPr>
        <w:keepNext/>
        <w:spacing w:before="240"/>
        <w:jc w:val="both"/>
        <w:rPr>
          <w:rFonts w:ascii="Cambria" w:hAnsi="Cambria"/>
        </w:rPr>
      </w:pPr>
      <w:r w:rsidRPr="00683DA0">
        <w:rPr>
          <w:rFonts w:ascii="Cambria" w:hAnsi="Cambria"/>
          <w:b/>
        </w:rPr>
        <w:t>Rezygnację składa</w:t>
      </w:r>
    </w:p>
    <w:p w14:paraId="297A9AC3" w14:textId="77777777" w:rsidR="002311E6" w:rsidRPr="00683DA0" w:rsidRDefault="00683DA0">
      <w:pPr>
        <w:spacing w:before="80"/>
        <w:ind w:left="340"/>
        <w:jc w:val="both"/>
        <w:rPr>
          <w:rFonts w:ascii="Cambria" w:hAnsi="Cambria"/>
        </w:rPr>
      </w:pPr>
      <w:r w:rsidRPr="00683DA0">
        <w:rPr>
          <w:rFonts w:ascii="Segoe UI Symbol" w:hAnsi="Segoe UI Symbol" w:cs="Segoe UI Symbol"/>
        </w:rPr>
        <w:t>☐</w:t>
      </w:r>
      <w:r w:rsidRPr="00683DA0">
        <w:rPr>
          <w:rFonts w:ascii="Cambria" w:hAnsi="Cambria"/>
        </w:rPr>
        <w:t xml:space="preserve">  rodzic (opiekun prawny) ucznia niepełnoletniego</w:t>
      </w:r>
    </w:p>
    <w:p w14:paraId="5F900461" w14:textId="77777777" w:rsidR="002311E6" w:rsidRPr="00683DA0" w:rsidRDefault="00683DA0">
      <w:pPr>
        <w:spacing w:before="80"/>
        <w:ind w:left="340"/>
        <w:jc w:val="both"/>
        <w:rPr>
          <w:rFonts w:ascii="Cambria" w:hAnsi="Cambria"/>
        </w:rPr>
      </w:pPr>
      <w:r w:rsidRPr="00683DA0">
        <w:rPr>
          <w:rFonts w:ascii="Segoe UI Symbol" w:hAnsi="Segoe UI Symbol" w:cs="Segoe UI Symbol"/>
        </w:rPr>
        <w:t>☐</w:t>
      </w:r>
      <w:r w:rsidRPr="00683DA0">
        <w:rPr>
          <w:rFonts w:ascii="Cambria" w:hAnsi="Cambria"/>
        </w:rPr>
        <w:t xml:space="preserve">  pełnoletni uczeń - we własnym imieniu</w:t>
      </w:r>
    </w:p>
    <w:p w14:paraId="3304D967" w14:textId="77777777" w:rsidR="002311E6" w:rsidRPr="00683DA0" w:rsidRDefault="00683DA0">
      <w:pPr>
        <w:keepNext/>
        <w:spacing w:before="240"/>
        <w:jc w:val="both"/>
        <w:rPr>
          <w:rFonts w:ascii="Cambria" w:hAnsi="Cambria"/>
        </w:rPr>
      </w:pPr>
      <w:r w:rsidRPr="00683DA0">
        <w:rPr>
          <w:rFonts w:ascii="Cambria" w:hAnsi="Cambria"/>
          <w:b/>
        </w:rPr>
        <w:t>Zakres rezygnacji</w:t>
      </w:r>
    </w:p>
    <w:p w14:paraId="5C1507ED" w14:textId="77777777" w:rsidR="002311E6" w:rsidRPr="00683DA0" w:rsidRDefault="00683DA0">
      <w:pPr>
        <w:spacing w:before="80"/>
        <w:ind w:left="340"/>
        <w:jc w:val="both"/>
        <w:rPr>
          <w:rFonts w:ascii="Cambria" w:hAnsi="Cambria"/>
        </w:rPr>
      </w:pPr>
      <w:r w:rsidRPr="00683DA0">
        <w:rPr>
          <w:rFonts w:ascii="Segoe UI Symbol" w:hAnsi="Segoe UI Symbol" w:cs="Segoe UI Symbol"/>
        </w:rPr>
        <w:t>☐</w:t>
      </w:r>
      <w:r w:rsidRPr="00683DA0">
        <w:rPr>
          <w:rFonts w:ascii="Cambria" w:hAnsi="Cambria"/>
        </w:rPr>
        <w:t xml:space="preserve">  rezygnuję z udziału w zajęciach w całym roku szkolnym</w:t>
      </w:r>
    </w:p>
    <w:p w14:paraId="2DDE0230" w14:textId="77777777" w:rsidR="002311E6" w:rsidRPr="00683DA0" w:rsidRDefault="00683DA0">
      <w:pPr>
        <w:spacing w:before="80"/>
        <w:ind w:left="340"/>
        <w:jc w:val="both"/>
        <w:rPr>
          <w:rFonts w:ascii="Cambria" w:hAnsi="Cambria"/>
        </w:rPr>
      </w:pPr>
      <w:r w:rsidRPr="00683DA0">
        <w:rPr>
          <w:rFonts w:ascii="Segoe UI Symbol" w:hAnsi="Segoe UI Symbol" w:cs="Segoe UI Symbol"/>
        </w:rPr>
        <w:t>☐</w:t>
      </w:r>
      <w:r w:rsidRPr="00683DA0">
        <w:rPr>
          <w:rFonts w:ascii="Cambria" w:hAnsi="Cambria"/>
        </w:rPr>
        <w:t xml:space="preserve">  rezygnuję z udziału w zajęciach od dnia .......................... do końca roku szkolnego</w:t>
      </w:r>
    </w:p>
    <w:p w14:paraId="3906C547" w14:textId="77777777" w:rsidR="002311E6" w:rsidRPr="00683DA0" w:rsidRDefault="00683DA0">
      <w:pPr>
        <w:keepNext/>
        <w:spacing w:before="240"/>
        <w:jc w:val="both"/>
        <w:rPr>
          <w:rFonts w:ascii="Cambria" w:hAnsi="Cambria"/>
        </w:rPr>
      </w:pPr>
      <w:r w:rsidRPr="00683DA0">
        <w:rPr>
          <w:rFonts w:ascii="Cambria" w:hAnsi="Cambria"/>
          <w:b/>
        </w:rPr>
        <w:t>Oświadczenia</w:t>
      </w:r>
    </w:p>
    <w:p w14:paraId="53CB0677" w14:textId="77777777" w:rsidR="002311E6" w:rsidRPr="00683DA0" w:rsidRDefault="00683DA0">
      <w:pPr>
        <w:spacing w:before="100"/>
        <w:ind w:left="340"/>
        <w:jc w:val="both"/>
        <w:rPr>
          <w:rFonts w:ascii="Cambria" w:hAnsi="Cambria"/>
        </w:rPr>
      </w:pPr>
      <w:r w:rsidRPr="00683DA0">
        <w:rPr>
          <w:rFonts w:ascii="Segoe UI Symbol" w:hAnsi="Segoe UI Symbol" w:cs="Segoe UI Symbol"/>
        </w:rPr>
        <w:t>☐</w:t>
      </w:r>
      <w:r w:rsidRPr="00683DA0">
        <w:rPr>
          <w:rFonts w:ascii="Cambria" w:hAnsi="Cambria"/>
        </w:rPr>
        <w:t xml:space="preserve">  Przyjmuję do wiadomości, że zajęcia edukacji zdrowotnej - zdrowia seksualnego nie podlegają ocenie i nie mają wpływu na promocję ucznia do klasy programowo wyższej ani na ukończenie szkoły.</w:t>
      </w:r>
    </w:p>
    <w:p w14:paraId="2EC3DC9F" w14:textId="77777777" w:rsidR="002311E6" w:rsidRPr="00683DA0" w:rsidRDefault="00683DA0">
      <w:pPr>
        <w:spacing w:before="100"/>
        <w:ind w:left="340"/>
        <w:jc w:val="both"/>
        <w:rPr>
          <w:rFonts w:ascii="Cambria" w:hAnsi="Cambria"/>
        </w:rPr>
      </w:pPr>
      <w:r w:rsidRPr="00683DA0">
        <w:rPr>
          <w:rFonts w:ascii="Segoe UI Symbol" w:hAnsi="Segoe UI Symbol" w:cs="Segoe UI Symbol"/>
        </w:rPr>
        <w:t>☐</w:t>
      </w:r>
      <w:r w:rsidRPr="00683DA0">
        <w:rPr>
          <w:rFonts w:ascii="Cambria" w:hAnsi="Cambria"/>
        </w:rPr>
        <w:t xml:space="preserve">  Przyjmuję do wiadomości, że rezygnacja nie dotyczy obowiązkowego przedmiotu edukacja zdrowotna, w którym uczeń uczestniczy nadal.</w:t>
      </w:r>
    </w:p>
    <w:p w14:paraId="2AF38DFD" w14:textId="77777777" w:rsidR="002311E6" w:rsidRPr="00683DA0" w:rsidRDefault="00683DA0">
      <w:pPr>
        <w:spacing w:before="100"/>
        <w:ind w:left="340"/>
        <w:jc w:val="both"/>
        <w:rPr>
          <w:rFonts w:ascii="Cambria" w:hAnsi="Cambria"/>
        </w:rPr>
      </w:pPr>
      <w:r w:rsidRPr="00683DA0">
        <w:rPr>
          <w:rFonts w:ascii="Segoe UI Symbol" w:hAnsi="Segoe UI Symbol" w:cs="Segoe UI Symbol"/>
        </w:rPr>
        <w:t>☐</w:t>
      </w:r>
      <w:r w:rsidRPr="00683DA0">
        <w:rPr>
          <w:rFonts w:ascii="Cambria" w:hAnsi="Cambria"/>
        </w:rPr>
        <w:t xml:space="preserve">  Przyjmuję do wiadomości, że w czasie zajęć, z których uczeń zrezygnował, szkoła zapewnia mu opiekę.</w:t>
      </w:r>
    </w:p>
    <w:p w14:paraId="5C9AEEA9" w14:textId="77777777" w:rsidR="002311E6" w:rsidRPr="00683DA0" w:rsidRDefault="00683DA0">
      <w:pPr>
        <w:spacing w:before="100"/>
        <w:ind w:left="340"/>
        <w:jc w:val="both"/>
        <w:rPr>
          <w:rFonts w:ascii="Cambria" w:hAnsi="Cambria"/>
        </w:rPr>
      </w:pPr>
      <w:r w:rsidRPr="00683DA0">
        <w:rPr>
          <w:rFonts w:ascii="Segoe UI Symbol" w:hAnsi="Segoe UI Symbol" w:cs="Segoe UI Symbol"/>
        </w:rPr>
        <w:t>☐</w:t>
      </w:r>
      <w:r w:rsidRPr="00683DA0">
        <w:rPr>
          <w:rFonts w:ascii="Cambria" w:hAnsi="Cambria"/>
        </w:rPr>
        <w:t xml:space="preserve">  Przyjmuję do wiadomości, że rezygnację mogę wycofać w każdym czasie, składając dyrektorowi pisemne oświadczenie.</w:t>
      </w:r>
    </w:p>
    <w:p w14:paraId="3EC2BBBC" w14:textId="60D7CE7B" w:rsidR="002311E6" w:rsidRDefault="002311E6">
      <w:pPr>
        <w:rPr>
          <w:rFonts w:ascii="Cambria" w:hAnsi="Cambria"/>
        </w:rPr>
      </w:pPr>
    </w:p>
    <w:p w14:paraId="52193C32" w14:textId="77777777" w:rsidR="000D7C1B" w:rsidRPr="00683DA0" w:rsidRDefault="000D7C1B">
      <w:pPr>
        <w:rPr>
          <w:rFonts w:ascii="Cambria" w:hAnsi="Cambria"/>
        </w:rPr>
      </w:pPr>
      <w:bookmarkStart w:id="0" w:name="_GoBack"/>
      <w:bookmarkEnd w:id="0"/>
    </w:p>
    <w:p w14:paraId="4FA8FC2E" w14:textId="77777777" w:rsidR="002311E6" w:rsidRPr="00683DA0" w:rsidRDefault="002311E6">
      <w:pPr>
        <w:rPr>
          <w:rFonts w:ascii="Cambria" w:hAnsi="Cambria"/>
        </w:rPr>
      </w:pPr>
    </w:p>
    <w:p w14:paraId="20DF453B" w14:textId="77777777" w:rsidR="002311E6" w:rsidRPr="00683DA0" w:rsidRDefault="00683DA0">
      <w:pPr>
        <w:jc w:val="right"/>
        <w:rPr>
          <w:rFonts w:ascii="Cambria" w:hAnsi="Cambria"/>
        </w:rPr>
      </w:pPr>
      <w:r w:rsidRPr="00683DA0">
        <w:rPr>
          <w:rFonts w:ascii="Cambria" w:hAnsi="Cambria"/>
        </w:rPr>
        <w:t>..............................................</w:t>
      </w:r>
    </w:p>
    <w:p w14:paraId="306FBE14" w14:textId="05C7036D" w:rsidR="000D7C1B" w:rsidRDefault="00683DA0">
      <w:pPr>
        <w:jc w:val="right"/>
        <w:rPr>
          <w:rFonts w:ascii="Cambria" w:hAnsi="Cambria"/>
          <w:sz w:val="18"/>
        </w:rPr>
      </w:pPr>
      <w:r w:rsidRPr="00683DA0">
        <w:rPr>
          <w:rFonts w:ascii="Cambria" w:hAnsi="Cambria"/>
          <w:sz w:val="18"/>
        </w:rPr>
        <w:t>(podpis rodzica albo pełnoletniego ucznia)</w:t>
      </w:r>
    </w:p>
    <w:p w14:paraId="3EDB2459" w14:textId="77777777" w:rsidR="000D7C1B" w:rsidRDefault="000D7C1B">
      <w:pPr>
        <w:spacing w:after="200" w:line="276" w:lineRule="auto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br w:type="page"/>
      </w:r>
    </w:p>
    <w:p w14:paraId="0236A790" w14:textId="77777777" w:rsidR="002311E6" w:rsidRPr="00683DA0" w:rsidRDefault="002311E6">
      <w:pPr>
        <w:jc w:val="right"/>
        <w:rPr>
          <w:rFonts w:ascii="Cambria" w:hAnsi="Cambria"/>
        </w:rPr>
      </w:pPr>
    </w:p>
    <w:p w14:paraId="10D499F6" w14:textId="77777777" w:rsidR="002311E6" w:rsidRPr="00683DA0" w:rsidRDefault="00683DA0">
      <w:pPr>
        <w:keepNext/>
        <w:spacing w:before="200"/>
        <w:jc w:val="both"/>
        <w:rPr>
          <w:rFonts w:ascii="Cambria" w:hAnsi="Cambria"/>
        </w:rPr>
      </w:pPr>
      <w:r w:rsidRPr="00683DA0">
        <w:rPr>
          <w:rFonts w:ascii="Cambria" w:hAnsi="Cambria"/>
          <w:b/>
        </w:rPr>
        <w:t>Wypełnia szkoła</w:t>
      </w:r>
    </w:p>
    <w:p w14:paraId="47232B9D" w14:textId="77777777" w:rsidR="002311E6" w:rsidRPr="00683DA0" w:rsidRDefault="00683DA0">
      <w:pPr>
        <w:spacing w:before="80"/>
        <w:jc w:val="both"/>
        <w:rPr>
          <w:rFonts w:ascii="Cambria" w:hAnsi="Cambria"/>
        </w:rPr>
      </w:pPr>
      <w:r w:rsidRPr="00683DA0">
        <w:rPr>
          <w:rFonts w:ascii="Cambria" w:hAnsi="Cambria"/>
        </w:rPr>
        <w:t>Data wpływu: ..........................    Przyjął(-ęła): ..............................................</w:t>
      </w:r>
    </w:p>
    <w:p w14:paraId="2B4CF72F" w14:textId="77777777" w:rsidR="002311E6" w:rsidRPr="00683DA0" w:rsidRDefault="00683DA0">
      <w:pPr>
        <w:spacing w:before="80"/>
        <w:jc w:val="both"/>
        <w:rPr>
          <w:rFonts w:ascii="Cambria" w:hAnsi="Cambria"/>
        </w:rPr>
      </w:pPr>
      <w:r w:rsidRPr="00683DA0">
        <w:rPr>
          <w:rFonts w:ascii="Cambria" w:hAnsi="Cambria"/>
        </w:rPr>
        <w:t>Poinformowano nauczyciela prowadzącego zajęcia i wychowawcę oddziału w dniu: ..........................</w:t>
      </w:r>
    </w:p>
    <w:p w14:paraId="42B3950C" w14:textId="77777777" w:rsidR="002311E6" w:rsidRPr="00683DA0" w:rsidRDefault="00683DA0">
      <w:pPr>
        <w:spacing w:before="80"/>
        <w:jc w:val="both"/>
        <w:rPr>
          <w:rFonts w:ascii="Cambria" w:hAnsi="Cambria"/>
        </w:rPr>
      </w:pPr>
      <w:r w:rsidRPr="00683DA0">
        <w:rPr>
          <w:rFonts w:ascii="Cambria" w:hAnsi="Cambria"/>
        </w:rPr>
        <w:t>Zapewnienie opieki w czasie zajęć - ustalony sposób: ..............................................</w:t>
      </w:r>
    </w:p>
    <w:sectPr w:rsidR="002311E6" w:rsidRPr="00683DA0" w:rsidSect="00034616">
      <w:headerReference w:type="default" r:id="rId11"/>
      <w:pgSz w:w="11906" w:h="16838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6B8B8" w14:textId="77777777" w:rsidR="000D7C1B" w:rsidRDefault="000D7C1B" w:rsidP="000D7C1B">
      <w:r>
        <w:separator/>
      </w:r>
    </w:p>
  </w:endnote>
  <w:endnote w:type="continuationSeparator" w:id="0">
    <w:p w14:paraId="0D917C4B" w14:textId="77777777" w:rsidR="000D7C1B" w:rsidRDefault="000D7C1B" w:rsidP="000D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03A24" w14:textId="77777777" w:rsidR="000D7C1B" w:rsidRDefault="000D7C1B" w:rsidP="000D7C1B">
      <w:r>
        <w:separator/>
      </w:r>
    </w:p>
  </w:footnote>
  <w:footnote w:type="continuationSeparator" w:id="0">
    <w:p w14:paraId="4922062F" w14:textId="77777777" w:rsidR="000D7C1B" w:rsidRDefault="000D7C1B" w:rsidP="000D7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B4E05" w14:textId="77777777" w:rsidR="000D7C1B" w:rsidRPr="008E7141" w:rsidRDefault="000D7C1B" w:rsidP="000D7C1B">
    <w:pPr>
      <w:pStyle w:val="Nagwek"/>
      <w:jc w:val="right"/>
      <w:rPr>
        <w:rFonts w:ascii="Cambria" w:hAnsi="Cambria"/>
        <w:sz w:val="20"/>
        <w:szCs w:val="20"/>
      </w:rPr>
    </w:pPr>
    <w:r w:rsidRPr="00B4574B">
      <w:rPr>
        <w:rFonts w:ascii="Cambria" w:hAnsi="Cambria"/>
        <w:sz w:val="20"/>
        <w:szCs w:val="20"/>
      </w:rPr>
      <w:t xml:space="preserve">Załącznik nr 1 </w:t>
    </w:r>
    <w:r>
      <w:rPr>
        <w:rFonts w:ascii="Cambria" w:hAnsi="Cambria"/>
        <w:sz w:val="20"/>
        <w:szCs w:val="20"/>
      </w:rPr>
      <w:t xml:space="preserve">do </w:t>
    </w:r>
    <w:r w:rsidRPr="008E7141">
      <w:rPr>
        <w:rFonts w:ascii="Cambria" w:hAnsi="Cambria"/>
        <w:sz w:val="20"/>
        <w:szCs w:val="20"/>
      </w:rPr>
      <w:t>INSTRUKCJ</w:t>
    </w:r>
    <w:r>
      <w:rPr>
        <w:rFonts w:ascii="Cambria" w:hAnsi="Cambria"/>
        <w:sz w:val="20"/>
        <w:szCs w:val="20"/>
      </w:rPr>
      <w:t>I</w:t>
    </w:r>
    <w:r w:rsidRPr="008E7141">
      <w:rPr>
        <w:rFonts w:ascii="Cambria" w:hAnsi="Cambria"/>
        <w:sz w:val="20"/>
        <w:szCs w:val="20"/>
      </w:rPr>
      <w:t xml:space="preserve"> PRZYJMOWANIA REZYGNACJI</w:t>
    </w:r>
  </w:p>
  <w:p w14:paraId="4CBFA3D2" w14:textId="145943D7" w:rsidR="000D7C1B" w:rsidRPr="000D7C1B" w:rsidRDefault="000D7C1B" w:rsidP="000D7C1B">
    <w:pPr>
      <w:pStyle w:val="Nagwek"/>
      <w:jc w:val="right"/>
      <w:rPr>
        <w:rFonts w:ascii="Cambria" w:hAnsi="Cambria"/>
        <w:sz w:val="20"/>
        <w:szCs w:val="20"/>
      </w:rPr>
    </w:pPr>
    <w:r w:rsidRPr="008E7141">
      <w:rPr>
        <w:rFonts w:ascii="Cambria" w:hAnsi="Cambria"/>
        <w:sz w:val="20"/>
        <w:szCs w:val="20"/>
      </w:rPr>
      <w:t>z udziału w zajęciach edukacji zdrowotnej - zdrowia seksualnego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6AA"/>
    <w:rsid w:val="00034616"/>
    <w:rsid w:val="0006063C"/>
    <w:rsid w:val="000D7C1B"/>
    <w:rsid w:val="0015074B"/>
    <w:rsid w:val="002311E6"/>
    <w:rsid w:val="0029639D"/>
    <w:rsid w:val="00326F90"/>
    <w:rsid w:val="00683DA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FD68665-D3CC-40F4-9D24-DCDA610F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E5355DBE918E489242771B55FA756E" ma:contentTypeVersion="39" ma:contentTypeDescription="Utwórz nowy dokument." ma:contentTypeScope="" ma:versionID="832a925ab0ed98885fe7627cf1bfb132">
  <xsd:schema xmlns:xsd="http://www.w3.org/2001/XMLSchema" xmlns:xs="http://www.w3.org/2001/XMLSchema" xmlns:p="http://schemas.microsoft.com/office/2006/metadata/properties" xmlns:ns3="aaf04fab-89be-4cdf-b29d-f3193572b7d7" xmlns:ns4="7111bc39-3976-4d2f-a56f-6177920afa1d" targetNamespace="http://schemas.microsoft.com/office/2006/metadata/properties" ma:root="true" ma:fieldsID="bcdcef22889db6e3329a1d2b82a8d623" ns3:_="" ns4:_="">
    <xsd:import namespace="aaf04fab-89be-4cdf-b29d-f3193572b7d7"/>
    <xsd:import namespace="7111bc39-3976-4d2f-a56f-6177920afa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  <xsd:element ref="ns3:Teams_Channel_Section_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04fab-89be-4cdf-b29d-f3193572b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Teams_Channel_Section_Location" ma:index="42" nillable="true" ma:displayName="Teams Channel Section Location" ma:internalName="Teams_Channel_Section_Location">
      <xsd:simpleType>
        <xsd:restriction base="dms:Text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bc39-3976-4d2f-a56f-6177920afa1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aaf04fab-89be-4cdf-b29d-f3193572b7d7" xsi:nil="true"/>
    <DefaultSectionNames xmlns="aaf04fab-89be-4cdf-b29d-f3193572b7d7" xsi:nil="true"/>
    <Templates xmlns="aaf04fab-89be-4cdf-b29d-f3193572b7d7" xsi:nil="true"/>
    <CultureName xmlns="aaf04fab-89be-4cdf-b29d-f3193572b7d7" xsi:nil="true"/>
    <Students xmlns="aaf04fab-89be-4cdf-b29d-f3193572b7d7">
      <UserInfo>
        <DisplayName/>
        <AccountId xsi:nil="true"/>
        <AccountType/>
      </UserInfo>
    </Students>
    <FolderType xmlns="aaf04fab-89be-4cdf-b29d-f3193572b7d7" xsi:nil="true"/>
    <Owner xmlns="aaf04fab-89be-4cdf-b29d-f3193572b7d7">
      <UserInfo>
        <DisplayName/>
        <AccountId xsi:nil="true"/>
        <AccountType/>
      </UserInfo>
    </Owner>
    <Distribution_Groups xmlns="aaf04fab-89be-4cdf-b29d-f3193572b7d7" xsi:nil="true"/>
    <LMS_Mappings xmlns="aaf04fab-89be-4cdf-b29d-f3193572b7d7" xsi:nil="true"/>
    <Math_Settings xmlns="aaf04fab-89be-4cdf-b29d-f3193572b7d7" xsi:nil="true"/>
    <NotebookType xmlns="aaf04fab-89be-4cdf-b29d-f3193572b7d7" xsi:nil="true"/>
    <Student_Groups xmlns="aaf04fab-89be-4cdf-b29d-f3193572b7d7">
      <UserInfo>
        <DisplayName/>
        <AccountId xsi:nil="true"/>
        <AccountType/>
      </UserInfo>
    </Student_Groups>
    <AppVersion xmlns="aaf04fab-89be-4cdf-b29d-f3193572b7d7" xsi:nil="true"/>
    <Teams_Channel_Section_Location xmlns="aaf04fab-89be-4cdf-b29d-f3193572b7d7" xsi:nil="true"/>
    <Self_Registration_Enabled xmlns="aaf04fab-89be-4cdf-b29d-f3193572b7d7" xsi:nil="true"/>
    <Has_Teacher_Only_SectionGroup xmlns="aaf04fab-89be-4cdf-b29d-f3193572b7d7" xsi:nil="true"/>
    <TeamsChannelId xmlns="aaf04fab-89be-4cdf-b29d-f3193572b7d7" xsi:nil="true"/>
    <Invited_Teachers xmlns="aaf04fab-89be-4cdf-b29d-f3193572b7d7" xsi:nil="true"/>
    <IsNotebookLocked xmlns="aaf04fab-89be-4cdf-b29d-f3193572b7d7" xsi:nil="true"/>
    <Is_Collaboration_Space_Locked xmlns="aaf04fab-89be-4cdf-b29d-f3193572b7d7" xsi:nil="true"/>
    <_activity xmlns="aaf04fab-89be-4cdf-b29d-f3193572b7d7" xsi:nil="true"/>
    <Teachers xmlns="aaf04fab-89be-4cdf-b29d-f3193572b7d7">
      <UserInfo>
        <DisplayName/>
        <AccountId xsi:nil="true"/>
        <AccountType/>
      </UserInfo>
    </Teach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F667E0-335A-4DBA-830E-E07016F06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04fab-89be-4cdf-b29d-f3193572b7d7"/>
    <ds:schemaRef ds:uri="7111bc39-3976-4d2f-a56f-6177920af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EE4374-C16D-418F-8C4D-14D6C3E0CB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13A7B-A267-4EE2-96D3-0BB1AFB4335D}">
  <ds:schemaRefs>
    <ds:schemaRef ds:uri="http://schemas.microsoft.com/office/2006/documentManagement/types"/>
    <ds:schemaRef ds:uri="http://purl.org/dc/dcmitype/"/>
    <ds:schemaRef ds:uri="http://purl.org/dc/terms/"/>
    <ds:schemaRef ds:uri="7111bc39-3976-4d2f-a56f-6177920afa1d"/>
    <ds:schemaRef ds:uri="http://www.w3.org/XML/1998/namespace"/>
    <ds:schemaRef ds:uri="http://purl.org/dc/elements/1.1/"/>
    <ds:schemaRef ds:uri="aaf04fab-89be-4cdf-b29d-f3193572b7d7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24F1B26-CB09-479C-BDF5-217A4F8A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Rezygnacja z udziału w zajęciach edukacji zdrowotnej - zdrowia seksualnego</vt:lpstr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Rezygnacja z udziału w zajęciach edukacji zdrowotnej - zdrowia seksualnego</dc:title>
  <dc:subject/>
  <dc:creator>Marzena Siejewicz</dc:creator>
  <cp:keywords/>
  <dc:description>generated by python-docx</dc:description>
  <cp:lastModifiedBy>Dyrektor SP Ratowice</cp:lastModifiedBy>
  <cp:revision>2</cp:revision>
  <dcterms:created xsi:type="dcterms:W3CDTF">2026-08-13T10:58:00Z</dcterms:created>
  <dcterms:modified xsi:type="dcterms:W3CDTF">2026-08-13T10:58:00Z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0x010100AEE5355DBE918E489242771B55FA756E</vt:lpwstr>
  </property>
</Properties>
</file>